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FORMULÁŘ PRO ODSTOUPENÍ OD SMLOUVY</w:t>
      </w:r>
    </w:p>
    <w:p>
      <w:pPr>
        <w:pStyle w:val="SmallNote"/>
        <w:jc w:val="center"/>
      </w:pPr>
      <w:r>
        <w:t>Vyplňte a odešlete pouze v případě, že chcete využít tento vzorový formulář. Jeho použití není povinné.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01"/>
        <w:gridCol w:w="7767"/>
      </w:tblGrid>
      <w:tr>
        <w:tc>
          <w:tcPr>
            <w:tcW w:type="dxa" w:w="5156"/>
            <w:tcMar>
              <w:top w:w="40" w:type="dxa"/>
              <w:start w:w="110" w:type="dxa"/>
              <w:bottom w:w="40" w:type="dxa"/>
              <w:end w:w="110" w:type="dxa"/>
            </w:tcMar>
            <w:vAlign w:val="top"/>
          </w:tcPr>
          <w:p>
            <w:r>
              <w:rPr>
                <w:b/>
              </w:rPr>
              <w:t>Adresát:</w:t>
            </w:r>
          </w:p>
        </w:tc>
        <w:tc>
          <w:tcPr>
            <w:tcW w:type="dxa" w:w="5156"/>
            <w:tcMar>
              <w:top w:w="40" w:type="dxa"/>
              <w:start w:w="110" w:type="dxa"/>
              <w:bottom w:w="40" w:type="dxa"/>
              <w:end w:w="110" w:type="dxa"/>
            </w:tcMar>
            <w:vAlign w:val="top"/>
          </w:tcPr>
          <w:p>
            <w:r>
              <w:t>Mgr. Hana Szabad</w:t>
              <w:br/>
              <w:t>Tisová 29, 262 41 Bohutín</w:t>
              <w:br/>
              <w:t>IČO: 03808149</w:t>
              <w:br/>
              <w:t>e-mail: info@tajemna-hekate.cz</w:t>
              <w:br/>
              <w:t>www.tajemna-hekate.cz</w:t>
            </w:r>
          </w:p>
        </w:tc>
      </w:tr>
    </w:tbl>
    <w:p>
      <w:pPr>
        <w:spacing w:after="20"/>
      </w:pPr>
    </w:p>
    <w:p>
      <w:pPr>
        <w:spacing w:after="160"/>
      </w:pPr>
      <w:r>
        <w:rPr>
          <w:b/>
        </w:rPr>
        <w:t>Oznamuji, že tímto odstupuji od smlouvy o: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2835"/>
        <w:gridCol w:w="6633"/>
      </w:tblGrid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Zboží / služba, které se odstoupení týká: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  <w:r>
              <w:br/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Číslo objednávky (pokud bylo přiděleno):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Datum objednání / uzavření smlouvy: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Datum obdržení zboží (u koupě zboží):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Jméno a příjmení spotřebitele: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Adresa spotřebitele: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  <w:r>
              <w:br/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E-mail: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</w:tbl>
    <w:p>
      <w:pPr>
        <w:spacing w:before="160" w:after="40"/>
      </w:pPr>
      <w:r>
        <w:rPr>
          <w:b/>
        </w:rPr>
        <w:t xml:space="preserve">Datum: </w:t>
      </w:r>
      <w:r>
        <w:t>____________________________</w:t>
      </w:r>
    </w:p>
    <w:p>
      <w:pPr>
        <w:spacing w:after="120"/>
      </w:pPr>
      <w:r>
        <w:rPr>
          <w:b/>
        </w:rPr>
        <w:t xml:space="preserve">Podpis spotřebitele: </w:t>
      </w:r>
      <w:r>
        <w:t>____________________________</w:t>
      </w:r>
      <w:r>
        <w:rPr>
          <w:i/>
        </w:rPr>
        <w:t xml:space="preserve">  (pouze pokud je formulář zasílán v listinné podobě)</w:t>
      </w:r>
    </w:p>
    <w:p>
      <w:pPr>
        <w:pStyle w:val="SmallNote"/>
      </w:pPr>
      <w:r>
        <w:t>Poznámka: Důvod odstoupení nemusíte uvádět. Formulář lze zaslat také elektronicky na info@tajemna-hekate.cz.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i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